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הסיפור שמאחורי השעון הישן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עלילת הסיפור ואת הקשר בין השעון למורשת המשפחתית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בארבעה רבדים (איתור, פרשנות, הערכה, יצירה)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וידיעות לשון מתוך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לסבא־רבא 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בצנעא שבתימן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1949, מרבד הקסמים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רק את השעון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כבוד גדול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השעון הפסיק ללכת ומחוגיו קפואים על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הם צעדו ברגל במדבר עד שהגיעו למטוסים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הוא אומר לדניאל במפורש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נכתב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זה שם המבצע שבו הוטסו יהודי תימן לישראל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צנעא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מרבד הקסמים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נאלצו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דמות למשפט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(הנכד ששואל על השעון)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(מספר לנכדו את סיפור השעון)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(קיבל את השעון בבר המצווה בתימן)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(מסמל את סיפור המשפחה והעלייה)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לשון -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דבר יקר מאוד וחשוב, שמעריכים ושומרים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יחס של ניגוד - השעון מקולקל אך בכל זאת שומרים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א-ל-צ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לבדוק המשכיות לעלילה, שמירה על המסורת, קשר למשפחה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- לבדוק מבנה: עמדה, שני נימוקים, דוגמה, סיכום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 שמזכירה את שלמה, תימן והעברה בין דורות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להבנה שהשעון מסמל זיכרון ומורשת ולא רק שימוש מעשי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לקישור בין השעון לעליית יהודי תימן ולהקמת המדינה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חפץ משפחתי ישן ולבקש מהתלמידים לספר את הסיפור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להסביר בקצרה את הרקע ההיסטורי של מרבד הקסמים לפני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אפשר לשתף כמה תשובות בעל פה לפני ההגשה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הסיפור שמאחורי השעון הישן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זה סיפור על שעון ישן. השעון עבר מסבא רבא שלמה, מתימן, עד לישראל. השעון מספר את סיפור המשפחה.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מְחוֹגִים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החצים שמראים את השעה בשעון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צַנְעָא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עיר הבירה של תימן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מַרְבַד הַקְּסָמִים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מבצע שבו הוטסו לישראל כמעט כל יהודי תימן, 1949–1950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נֶאֶלְצוּ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 חייבים, לא הייתה להם ברירה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רְכוּשׁ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החפצים ששייכים לאדם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אוצר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יקר מאוד וחשוב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סקרנות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רצון לדעת ולהבין דברים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קיבל את השעון קודם 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לדניאל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לסבא אליהו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לסבא־רבא שלמה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לאבא של דניאל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עיר קיבלו את השעון?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בצנעא שבתימן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שם גל העלייה של המשפחה?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1948, עצמאות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1949, מרבד הקסמים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1956, מבצע קדש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1967, מלחמת ששת הימים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השעה שרואים על השעון?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הדבר היחיד ששלמה לקח איתו?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כל הרכוש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את השעון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הבגדים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דניאל הרגיש בסוף?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שעמום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כבוד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השעון עדיין עובד ומראה את השעה הנכונה.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המשפחה הגיעה לישראל בקלות וברכב.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סבא אליהו רואה בשעון סמל לסיפור המשפחה.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שלמה קיבל את השעון בבר המצווה שלו.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מרבד הקסמים הוא שם של חפץ שהמשפחה הביאה מתימן.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בחדר העבודה של סבא אליהו עמד שעון __________ מוזהב וישן.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השעון קיבל שלמה בעיר __________ שבתימן.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המשפחה עלתה לארץ בגל העלייה שנקרא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המילה __________ פירושה היו חייבים, לא הייתה ברירה.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סבא שלמה אמר שהשעון מסמל את הזמן ה__________ שיתחיל בארץ ישראל.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דמות למשפט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דניאל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מסמל את סיפור המשפחה והעלייה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סבא אליהו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קיבל את השעון בבר המצווה בתימן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שלמה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הנכד ששואל על השעון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השעון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מספר לנכדו את סיפור השעון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לשון -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פירוש המילה "אוצר" במשפט על השעון?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יחס מבטאת המילה "אך" בין שתי העובדות על השעון?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השורש של המילה "נֶאֶלְצוּ"?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המשך קצר לסיפור: מה יעשה דניאל עם השעון כשיגדל? (3-4 משפטים)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האם חשוב לשמור חפץ ישן גם כשהוא כבר לא עובד? כתבו עמדה, שני נימוקים ודוגמה אחת, וסיימו במשפט מסכם (60-80 מילים).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מניין הגיע השעון ולמי הוא שייך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סבא אליהו ממשיך לשמור על שעון מקולקל?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מספר השעון על ההיסטוריה המשפחתית?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הסיפור שמאחורי השעון הישן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